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2F07" w14:textId="77777777" w:rsidR="00190102" w:rsidRDefault="00000000" w:rsidP="00F43C3E">
      <w:pPr>
        <w:spacing w:after="20"/>
        <w:ind w:left="4678"/>
      </w:pPr>
      <w:proofErr w:type="spellStart"/>
      <w:r>
        <w:t>Декану</w:t>
      </w:r>
      <w:proofErr w:type="spellEnd"/>
      <w:r>
        <w:t xml:space="preserve"> </w:t>
      </w:r>
      <w:proofErr w:type="spellStart"/>
      <w:r>
        <w:t>факультету</w:t>
      </w:r>
      <w:proofErr w:type="spellEnd"/>
      <w:r>
        <w:t xml:space="preserve"> ______________________</w:t>
      </w:r>
    </w:p>
    <w:p w14:paraId="48BBEFA4" w14:textId="77777777" w:rsidR="00190102" w:rsidRDefault="00000000" w:rsidP="00F43C3E">
      <w:pPr>
        <w:spacing w:after="20"/>
        <w:ind w:left="4678"/>
      </w:pPr>
      <w:r>
        <w:t>________________________________________</w:t>
      </w:r>
    </w:p>
    <w:p w14:paraId="6CE54715" w14:textId="77777777" w:rsidR="00190102" w:rsidRPr="00F43C3E" w:rsidRDefault="00000000" w:rsidP="00F43C3E">
      <w:pPr>
        <w:spacing w:after="20"/>
        <w:ind w:left="4678"/>
        <w:jc w:val="center"/>
        <w:rPr>
          <w:i/>
          <w:iCs/>
        </w:rPr>
      </w:pPr>
      <w:r w:rsidRPr="00F43C3E">
        <w:rPr>
          <w:i/>
          <w:iCs/>
        </w:rPr>
        <w:t>(назва факультету)</w:t>
      </w:r>
    </w:p>
    <w:p w14:paraId="32E4EF09" w14:textId="77777777" w:rsidR="00190102" w:rsidRDefault="00000000" w:rsidP="00F43C3E">
      <w:pPr>
        <w:spacing w:after="20"/>
        <w:ind w:left="4678"/>
      </w:pPr>
      <w:r>
        <w:t>________________________________________</w:t>
      </w:r>
    </w:p>
    <w:p w14:paraId="13B2F03C" w14:textId="77777777" w:rsidR="00190102" w:rsidRPr="00F43C3E" w:rsidRDefault="00000000" w:rsidP="00F43C3E">
      <w:pPr>
        <w:spacing w:after="20"/>
        <w:ind w:left="4678"/>
        <w:jc w:val="center"/>
        <w:rPr>
          <w:i/>
          <w:iCs/>
        </w:rPr>
      </w:pPr>
      <w:r w:rsidRPr="00F43C3E">
        <w:rPr>
          <w:i/>
          <w:iCs/>
        </w:rPr>
        <w:t>(Ім’я ПРІЗВИЩЕ)</w:t>
      </w:r>
    </w:p>
    <w:p w14:paraId="52B6D79B" w14:textId="77777777" w:rsidR="00190102" w:rsidRDefault="00000000" w:rsidP="00F43C3E">
      <w:pPr>
        <w:spacing w:after="20"/>
        <w:ind w:left="4678"/>
      </w:pPr>
      <w:r>
        <w:t>здобувача вищої освіти денної (очної)</w:t>
      </w:r>
    </w:p>
    <w:p w14:paraId="4B7A3CC9" w14:textId="77777777" w:rsidR="00190102" w:rsidRDefault="00000000" w:rsidP="00F43C3E">
      <w:pPr>
        <w:spacing w:after="20"/>
        <w:ind w:left="4678"/>
      </w:pPr>
      <w:r>
        <w:t>форми навчання __________ курсу</w:t>
      </w:r>
    </w:p>
    <w:p w14:paraId="2B7ABEF1" w14:textId="77777777" w:rsidR="00190102" w:rsidRDefault="00000000" w:rsidP="00F43C3E">
      <w:pPr>
        <w:spacing w:after="20"/>
        <w:ind w:left="4678"/>
      </w:pPr>
      <w:r>
        <w:t>освітня програма ________________________</w:t>
      </w:r>
    </w:p>
    <w:p w14:paraId="1EFBE7D0" w14:textId="77777777" w:rsidR="00190102" w:rsidRDefault="00000000" w:rsidP="00F43C3E">
      <w:pPr>
        <w:spacing w:after="20"/>
        <w:ind w:left="4678"/>
      </w:pPr>
      <w:r>
        <w:t>________________________________________</w:t>
      </w:r>
    </w:p>
    <w:p w14:paraId="40F8DC3F" w14:textId="77777777" w:rsidR="00190102" w:rsidRPr="00F43C3E" w:rsidRDefault="00000000" w:rsidP="00F43C3E">
      <w:pPr>
        <w:spacing w:after="20"/>
        <w:ind w:left="4678"/>
        <w:jc w:val="center"/>
        <w:rPr>
          <w:i/>
          <w:iCs/>
        </w:rPr>
      </w:pPr>
      <w:r w:rsidRPr="00F43C3E">
        <w:rPr>
          <w:i/>
          <w:iCs/>
        </w:rPr>
        <w:t>(назва освітньої програми)</w:t>
      </w:r>
    </w:p>
    <w:p w14:paraId="262633E1" w14:textId="77777777" w:rsidR="00190102" w:rsidRDefault="00000000" w:rsidP="00F43C3E">
      <w:pPr>
        <w:spacing w:after="20"/>
        <w:ind w:left="4678"/>
      </w:pPr>
      <w:r>
        <w:t>________________________________________</w:t>
      </w:r>
    </w:p>
    <w:p w14:paraId="22A11429" w14:textId="77777777" w:rsidR="00190102" w:rsidRPr="00F43C3E" w:rsidRDefault="00000000" w:rsidP="00F43C3E">
      <w:pPr>
        <w:spacing w:after="20"/>
        <w:ind w:left="4678"/>
        <w:jc w:val="center"/>
        <w:rPr>
          <w:i/>
          <w:iCs/>
        </w:rPr>
      </w:pPr>
      <w:r w:rsidRPr="00F43C3E">
        <w:rPr>
          <w:i/>
          <w:iCs/>
        </w:rPr>
        <w:t>(Ім’я ПРІЗВИЩЕ)</w:t>
      </w:r>
    </w:p>
    <w:p w14:paraId="385B635B" w14:textId="77777777" w:rsidR="00F43C3E" w:rsidRDefault="00F43C3E">
      <w:pPr>
        <w:jc w:val="center"/>
        <w:rPr>
          <w:b/>
          <w:lang w:val="uk-UA"/>
        </w:rPr>
      </w:pPr>
    </w:p>
    <w:p w14:paraId="188F1F12" w14:textId="6598F77D" w:rsidR="00190102" w:rsidRDefault="00000000">
      <w:pPr>
        <w:jc w:val="center"/>
      </w:pPr>
      <w:r>
        <w:rPr>
          <w:b/>
        </w:rPr>
        <w:t>ЗАЯВА</w:t>
      </w:r>
    </w:p>
    <w:p w14:paraId="45A7B587" w14:textId="626D447C" w:rsidR="00190102" w:rsidRDefault="00000000" w:rsidP="00F43C3E">
      <w:pPr>
        <w:ind w:firstLine="720"/>
        <w:jc w:val="both"/>
      </w:pPr>
      <w:r>
        <w:t>Прошу перевести мене на навчання за індивідуальним графіком у _____ навчальному семестрі 20___/20___ навчального року у зв’язку з ________________________________________________________________________________.</w:t>
      </w:r>
    </w:p>
    <w:p w14:paraId="4DEBDA87" w14:textId="77777777" w:rsidR="00190102" w:rsidRDefault="00000000" w:rsidP="00F43C3E">
      <w:pPr>
        <w:ind w:firstLine="720"/>
      </w:pPr>
      <w:r>
        <w:t>З Положенням про навчання здобувачів вищої освіти за індивідуальним графіком у ХДАК ознайомлений(а). Зобов’язуюсь вчасно виконувати індивідуальний графік навчання.</w:t>
      </w:r>
    </w:p>
    <w:p w14:paraId="6C2B48C1" w14:textId="77777777" w:rsidR="00190102" w:rsidRDefault="00000000">
      <w:r>
        <w:t>До заяви додаю копії:</w:t>
      </w:r>
    </w:p>
    <w:p w14:paraId="5392FA8A" w14:textId="77777777" w:rsidR="00190102" w:rsidRDefault="00000000">
      <w:r>
        <w:t>__________________________________________________________________</w:t>
      </w:r>
    </w:p>
    <w:p w14:paraId="48A265A9" w14:textId="77777777" w:rsidR="00190102" w:rsidRDefault="00000000">
      <w:r>
        <w:t>__________________________________________________________________</w:t>
      </w:r>
    </w:p>
    <w:p w14:paraId="1922E2F5" w14:textId="77777777" w:rsidR="00190102" w:rsidRDefault="00000000">
      <w:r>
        <w:t>__________________________________________________________________</w:t>
      </w:r>
    </w:p>
    <w:p w14:paraId="6A698D52" w14:textId="77777777" w:rsidR="00190102" w:rsidRDefault="00000000">
      <w:r>
        <w:t>«___» __________ 20___ р.           ______________       _______________________</w:t>
      </w:r>
    </w:p>
    <w:p w14:paraId="6E5F6518" w14:textId="4F004F3B" w:rsidR="00190102" w:rsidRPr="00F43C3E" w:rsidRDefault="00000000">
      <w:pPr>
        <w:rPr>
          <w:i/>
          <w:iCs/>
        </w:rPr>
      </w:pPr>
      <w:r>
        <w:t xml:space="preserve">                                               </w:t>
      </w:r>
      <w:r w:rsidR="00F43C3E">
        <w:rPr>
          <w:lang w:val="uk-UA"/>
        </w:rPr>
        <w:tab/>
      </w:r>
      <w:r w:rsidR="00F43C3E">
        <w:rPr>
          <w:lang w:val="uk-UA"/>
        </w:rPr>
        <w:tab/>
      </w:r>
      <w:r w:rsidRPr="00F43C3E">
        <w:rPr>
          <w:i/>
          <w:iCs/>
        </w:rPr>
        <w:t xml:space="preserve">   (підпис)                    (Ім’я ПРІЗВИЩЕ)</w:t>
      </w:r>
    </w:p>
    <w:p w14:paraId="5CB62F8B" w14:textId="77777777" w:rsidR="00190102" w:rsidRDefault="00000000">
      <w:r>
        <w:br/>
        <w:t>Узгоджено:</w:t>
      </w:r>
    </w:p>
    <w:p w14:paraId="544AE201" w14:textId="77777777" w:rsidR="00190102" w:rsidRDefault="00000000">
      <w:r>
        <w:t>Декан факультету ___________________      _____________      __________________</w:t>
      </w:r>
    </w:p>
    <w:p w14:paraId="57CD1987" w14:textId="71B930E5" w:rsidR="00190102" w:rsidRPr="00F43C3E" w:rsidRDefault="00000000">
      <w:pPr>
        <w:rPr>
          <w:i/>
          <w:iCs/>
        </w:rPr>
      </w:pPr>
      <w:r w:rsidRPr="00F43C3E">
        <w:rPr>
          <w:i/>
          <w:iCs/>
        </w:rPr>
        <w:t xml:space="preserve">                                                     </w:t>
      </w:r>
      <w:r w:rsidR="00F43C3E">
        <w:rPr>
          <w:i/>
          <w:iCs/>
          <w:lang w:val="uk-UA"/>
        </w:rPr>
        <w:tab/>
      </w:r>
      <w:r w:rsidR="00F43C3E">
        <w:rPr>
          <w:i/>
          <w:iCs/>
          <w:lang w:val="uk-UA"/>
        </w:rPr>
        <w:tab/>
        <w:t xml:space="preserve">      </w:t>
      </w:r>
      <w:r w:rsidRPr="00F43C3E">
        <w:rPr>
          <w:i/>
          <w:iCs/>
        </w:rPr>
        <w:t xml:space="preserve"> (підпис)                 (Ім’я ПРІЗВИЩЕ)</w:t>
      </w:r>
    </w:p>
    <w:p w14:paraId="72592FB9" w14:textId="77777777" w:rsidR="00190102" w:rsidRDefault="00000000">
      <w:r>
        <w:t>«___» __________ 20___ р.</w:t>
      </w:r>
    </w:p>
    <w:sectPr w:rsidR="00190102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5479642">
    <w:abstractNumId w:val="8"/>
  </w:num>
  <w:num w:numId="2" w16cid:durableId="1835680750">
    <w:abstractNumId w:val="6"/>
  </w:num>
  <w:num w:numId="3" w16cid:durableId="1411150476">
    <w:abstractNumId w:val="5"/>
  </w:num>
  <w:num w:numId="4" w16cid:durableId="737364974">
    <w:abstractNumId w:val="4"/>
  </w:num>
  <w:num w:numId="5" w16cid:durableId="1999186923">
    <w:abstractNumId w:val="7"/>
  </w:num>
  <w:num w:numId="6" w16cid:durableId="1623732350">
    <w:abstractNumId w:val="3"/>
  </w:num>
  <w:num w:numId="7" w16cid:durableId="1235773316">
    <w:abstractNumId w:val="2"/>
  </w:num>
  <w:num w:numId="8" w16cid:durableId="584263417">
    <w:abstractNumId w:val="1"/>
  </w:num>
  <w:num w:numId="9" w16cid:durableId="157273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0102"/>
    <w:rsid w:val="0029639D"/>
    <w:rsid w:val="00326F90"/>
    <w:rsid w:val="00AA1D8D"/>
    <w:rsid w:val="00B47730"/>
    <w:rsid w:val="00C23198"/>
    <w:rsid w:val="00CB0664"/>
    <w:rsid w:val="00F43C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C4B5E"/>
  <w14:defaultImageDpi w14:val="300"/>
  <w15:docId w15:val="{CCDCB8FB-96BC-4798-AB03-424D4A8B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 Nabokov</cp:lastModifiedBy>
  <cp:revision>2</cp:revision>
  <dcterms:created xsi:type="dcterms:W3CDTF">2013-12-23T23:15:00Z</dcterms:created>
  <dcterms:modified xsi:type="dcterms:W3CDTF">2026-10-14T10:48:00Z</dcterms:modified>
  <cp:category/>
</cp:coreProperties>
</file>