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346C6" w14:textId="77777777" w:rsidR="00E3285A" w:rsidRDefault="00000000" w:rsidP="00E61ED2">
      <w:pPr>
        <w:ind w:left="5387"/>
      </w:pPr>
      <w:proofErr w:type="spellStart"/>
      <w:r>
        <w:t>Декану</w:t>
      </w:r>
      <w:proofErr w:type="spellEnd"/>
      <w:r>
        <w:t xml:space="preserve"> </w:t>
      </w:r>
      <w:proofErr w:type="spellStart"/>
      <w:r>
        <w:t>факультету</w:t>
      </w:r>
      <w:proofErr w:type="spellEnd"/>
      <w:r>
        <w:t xml:space="preserve"> сценічного мистецтва</w:t>
      </w:r>
    </w:p>
    <w:p w14:paraId="1D0EDFD7" w14:textId="77777777" w:rsidR="00E3285A" w:rsidRDefault="00000000" w:rsidP="00E61ED2">
      <w:pPr>
        <w:ind w:left="5387"/>
      </w:pPr>
      <w:r>
        <w:t>Харківської державної академії культури</w:t>
      </w:r>
    </w:p>
    <w:p w14:paraId="5EAE00A3" w14:textId="77777777" w:rsidR="00E3285A" w:rsidRDefault="00000000" w:rsidP="00E61ED2">
      <w:pPr>
        <w:ind w:left="5387"/>
      </w:pPr>
      <w:r>
        <w:t>Роману НАБОКОВУ</w:t>
      </w:r>
    </w:p>
    <w:p w14:paraId="545B5CA2" w14:textId="77777777" w:rsidR="00E3285A" w:rsidRDefault="00000000" w:rsidP="00E61ED2">
      <w:pPr>
        <w:ind w:left="5387"/>
      </w:pPr>
      <w:r>
        <w:t>здобувача(ки) вищої освіти ____ курсу</w:t>
      </w:r>
    </w:p>
    <w:p w14:paraId="4FFD9083" w14:textId="77777777" w:rsidR="00E3285A" w:rsidRDefault="00000000" w:rsidP="00E61ED2">
      <w:pPr>
        <w:ind w:left="5387"/>
      </w:pPr>
      <w:r>
        <w:t>________________ форми здобуття освіти</w:t>
      </w:r>
    </w:p>
    <w:p w14:paraId="4D9DCD60" w14:textId="77777777" w:rsidR="00E3285A" w:rsidRDefault="00000000" w:rsidP="00E61ED2">
      <w:pPr>
        <w:ind w:left="5387"/>
      </w:pPr>
      <w:r>
        <w:t>академічної групи __________</w:t>
      </w:r>
    </w:p>
    <w:p w14:paraId="39DCC945" w14:textId="77777777" w:rsidR="00E3285A" w:rsidRDefault="00000000" w:rsidP="00E61ED2">
      <w:pPr>
        <w:ind w:left="5387"/>
      </w:pPr>
      <w:r>
        <w:t>освітньо-професійної програми</w:t>
      </w:r>
    </w:p>
    <w:p w14:paraId="66223D65" w14:textId="77777777" w:rsidR="00E3285A" w:rsidRDefault="00000000" w:rsidP="00E61ED2">
      <w:pPr>
        <w:ind w:left="5387"/>
      </w:pPr>
      <w:r>
        <w:t>«________________________________»</w:t>
      </w:r>
    </w:p>
    <w:p w14:paraId="4A9A4A05" w14:textId="77777777" w:rsidR="00E3285A" w:rsidRDefault="00000000" w:rsidP="00E61ED2">
      <w:pPr>
        <w:ind w:left="5387"/>
      </w:pPr>
      <w:r>
        <w:t>__________________________________</w:t>
      </w:r>
    </w:p>
    <w:p w14:paraId="1C168519" w14:textId="77777777" w:rsidR="00E3285A" w:rsidRDefault="00000000" w:rsidP="00E61ED2">
      <w:pPr>
        <w:ind w:left="5387"/>
      </w:pPr>
      <w:r>
        <w:t>(прізвище, ім’я, по батькові)</w:t>
      </w:r>
    </w:p>
    <w:p w14:paraId="775E9960" w14:textId="77777777" w:rsidR="00E61ED2" w:rsidRDefault="00E61ED2">
      <w:pPr>
        <w:jc w:val="center"/>
        <w:rPr>
          <w:b/>
          <w:lang w:val="uk-UA"/>
        </w:rPr>
      </w:pPr>
    </w:p>
    <w:p w14:paraId="384F72B6" w14:textId="77777777" w:rsidR="00E61ED2" w:rsidRDefault="00E61ED2">
      <w:pPr>
        <w:jc w:val="center"/>
        <w:rPr>
          <w:b/>
          <w:lang w:val="uk-UA"/>
        </w:rPr>
      </w:pPr>
    </w:p>
    <w:p w14:paraId="26FCDD69" w14:textId="032EDFE1" w:rsidR="00E3285A" w:rsidRDefault="00000000">
      <w:pPr>
        <w:jc w:val="center"/>
      </w:pPr>
      <w:r>
        <w:rPr>
          <w:b/>
        </w:rPr>
        <w:t>ЗАЯВА</w:t>
      </w:r>
    </w:p>
    <w:p w14:paraId="4DC6CA01" w14:textId="77777777" w:rsidR="00E3285A" w:rsidRDefault="00000000" w:rsidP="00E61ED2">
      <w:pPr>
        <w:ind w:firstLine="720"/>
      </w:pPr>
      <w:r>
        <w:t>Прошу розглянути питання щодо перезарахування результатів навчання, здобутих мною під час навчання у __________________________________________________________ (повна назва закладу освіти), за такими освітніми компонентами:</w:t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569"/>
        <w:gridCol w:w="4782"/>
        <w:gridCol w:w="4780"/>
      </w:tblGrid>
      <w:tr w:rsidR="00E3285A" w14:paraId="60FC2F1D" w14:textId="77777777" w:rsidTr="00E61ED2">
        <w:trPr>
          <w:jc w:val="center"/>
        </w:trPr>
        <w:tc>
          <w:tcPr>
            <w:tcW w:w="281" w:type="pct"/>
          </w:tcPr>
          <w:p w14:paraId="5E405F6E" w14:textId="77777777" w:rsidR="00E3285A" w:rsidRPr="00E61ED2" w:rsidRDefault="00000000">
            <w:pPr>
              <w:rPr>
                <w:b/>
                <w:bCs/>
              </w:rPr>
            </w:pPr>
            <w:r w:rsidRPr="00E61ED2">
              <w:rPr>
                <w:b/>
                <w:bCs/>
              </w:rPr>
              <w:t>№ з/п</w:t>
            </w:r>
          </w:p>
        </w:tc>
        <w:tc>
          <w:tcPr>
            <w:tcW w:w="2360" w:type="pct"/>
          </w:tcPr>
          <w:p w14:paraId="6699DB58" w14:textId="77777777" w:rsidR="00E3285A" w:rsidRPr="00E61ED2" w:rsidRDefault="00000000" w:rsidP="00E61ED2">
            <w:pPr>
              <w:jc w:val="center"/>
              <w:rPr>
                <w:b/>
                <w:bCs/>
              </w:rPr>
            </w:pPr>
            <w:r w:rsidRPr="00E61ED2">
              <w:rPr>
                <w:b/>
                <w:bCs/>
              </w:rPr>
              <w:t>Освітній компонент за навчальним планом ХДАК</w:t>
            </w:r>
          </w:p>
        </w:tc>
        <w:tc>
          <w:tcPr>
            <w:tcW w:w="2359" w:type="pct"/>
          </w:tcPr>
          <w:p w14:paraId="3780BDC0" w14:textId="77777777" w:rsidR="00E3285A" w:rsidRPr="00E61ED2" w:rsidRDefault="00000000" w:rsidP="00E61ED2">
            <w:pPr>
              <w:jc w:val="center"/>
              <w:rPr>
                <w:b/>
                <w:bCs/>
              </w:rPr>
            </w:pPr>
            <w:r w:rsidRPr="00E61ED2">
              <w:rPr>
                <w:b/>
                <w:bCs/>
              </w:rPr>
              <w:t>Раніше вивчена навчальна дисципліна</w:t>
            </w:r>
          </w:p>
        </w:tc>
      </w:tr>
      <w:tr w:rsidR="00E3285A" w14:paraId="08424985" w14:textId="77777777" w:rsidTr="00E61ED2">
        <w:trPr>
          <w:jc w:val="center"/>
        </w:trPr>
        <w:tc>
          <w:tcPr>
            <w:tcW w:w="281" w:type="pct"/>
          </w:tcPr>
          <w:p w14:paraId="45A84680" w14:textId="77777777" w:rsidR="00E3285A" w:rsidRDefault="00000000">
            <w:r>
              <w:t>1</w:t>
            </w:r>
          </w:p>
        </w:tc>
        <w:tc>
          <w:tcPr>
            <w:tcW w:w="2360" w:type="pct"/>
          </w:tcPr>
          <w:p w14:paraId="63A5639B" w14:textId="77777777" w:rsidR="00E3285A" w:rsidRDefault="00000000">
            <w:r>
              <w:br/>
            </w:r>
          </w:p>
        </w:tc>
        <w:tc>
          <w:tcPr>
            <w:tcW w:w="2359" w:type="pct"/>
          </w:tcPr>
          <w:p w14:paraId="5AEB199C" w14:textId="77777777" w:rsidR="00E3285A" w:rsidRDefault="00000000">
            <w:r>
              <w:br/>
            </w:r>
          </w:p>
        </w:tc>
      </w:tr>
      <w:tr w:rsidR="00E3285A" w14:paraId="74147FFF" w14:textId="77777777" w:rsidTr="00E61ED2">
        <w:trPr>
          <w:jc w:val="center"/>
        </w:trPr>
        <w:tc>
          <w:tcPr>
            <w:tcW w:w="281" w:type="pct"/>
          </w:tcPr>
          <w:p w14:paraId="720B309B" w14:textId="77777777" w:rsidR="00E3285A" w:rsidRDefault="00000000">
            <w:r>
              <w:t>2</w:t>
            </w:r>
          </w:p>
        </w:tc>
        <w:tc>
          <w:tcPr>
            <w:tcW w:w="2360" w:type="pct"/>
          </w:tcPr>
          <w:p w14:paraId="32549A7A" w14:textId="77777777" w:rsidR="00E3285A" w:rsidRDefault="00000000">
            <w:r>
              <w:br/>
            </w:r>
          </w:p>
        </w:tc>
        <w:tc>
          <w:tcPr>
            <w:tcW w:w="2359" w:type="pct"/>
          </w:tcPr>
          <w:p w14:paraId="72B71102" w14:textId="77777777" w:rsidR="00E3285A" w:rsidRDefault="00000000">
            <w:r>
              <w:br/>
            </w:r>
          </w:p>
        </w:tc>
      </w:tr>
      <w:tr w:rsidR="00E3285A" w14:paraId="2E052AC9" w14:textId="77777777" w:rsidTr="00E61ED2">
        <w:trPr>
          <w:jc w:val="center"/>
        </w:trPr>
        <w:tc>
          <w:tcPr>
            <w:tcW w:w="281" w:type="pct"/>
          </w:tcPr>
          <w:p w14:paraId="517F46A8" w14:textId="77777777" w:rsidR="00E3285A" w:rsidRDefault="00000000">
            <w:r>
              <w:t>3</w:t>
            </w:r>
          </w:p>
        </w:tc>
        <w:tc>
          <w:tcPr>
            <w:tcW w:w="2360" w:type="pct"/>
          </w:tcPr>
          <w:p w14:paraId="1AC67FF6" w14:textId="77777777" w:rsidR="00E3285A" w:rsidRDefault="00000000">
            <w:r>
              <w:br/>
            </w:r>
          </w:p>
        </w:tc>
        <w:tc>
          <w:tcPr>
            <w:tcW w:w="2359" w:type="pct"/>
          </w:tcPr>
          <w:p w14:paraId="4C27CD8B" w14:textId="77777777" w:rsidR="00E3285A" w:rsidRDefault="00000000">
            <w:r>
              <w:br/>
            </w:r>
          </w:p>
        </w:tc>
      </w:tr>
      <w:tr w:rsidR="00E3285A" w14:paraId="1C03B8E3" w14:textId="77777777" w:rsidTr="00E61ED2">
        <w:trPr>
          <w:jc w:val="center"/>
        </w:trPr>
        <w:tc>
          <w:tcPr>
            <w:tcW w:w="281" w:type="pct"/>
          </w:tcPr>
          <w:p w14:paraId="174719F8" w14:textId="77777777" w:rsidR="00E3285A" w:rsidRDefault="00000000">
            <w:r>
              <w:t>4</w:t>
            </w:r>
          </w:p>
        </w:tc>
        <w:tc>
          <w:tcPr>
            <w:tcW w:w="2360" w:type="pct"/>
          </w:tcPr>
          <w:p w14:paraId="1DBBF45F" w14:textId="77777777" w:rsidR="00E3285A" w:rsidRDefault="00000000">
            <w:r>
              <w:br/>
            </w:r>
          </w:p>
        </w:tc>
        <w:tc>
          <w:tcPr>
            <w:tcW w:w="2359" w:type="pct"/>
          </w:tcPr>
          <w:p w14:paraId="4E9A999B" w14:textId="77777777" w:rsidR="00E3285A" w:rsidRDefault="00000000">
            <w:r>
              <w:br/>
            </w:r>
          </w:p>
        </w:tc>
      </w:tr>
    </w:tbl>
    <w:p w14:paraId="55D88D51" w14:textId="77777777" w:rsidR="00E3285A" w:rsidRDefault="00000000" w:rsidP="00E61ED2">
      <w:pPr>
        <w:ind w:firstLine="720"/>
        <w:jc w:val="both"/>
      </w:pPr>
      <w:proofErr w:type="spellStart"/>
      <w:r>
        <w:t>Перезарахування</w:t>
      </w:r>
      <w:proofErr w:type="spellEnd"/>
      <w:r>
        <w:t xml:space="preserve"> </w:t>
      </w:r>
      <w:proofErr w:type="spellStart"/>
      <w:r>
        <w:t>прошу</w:t>
      </w:r>
      <w:proofErr w:type="spellEnd"/>
      <w:r>
        <w:t xml:space="preserve"> </w:t>
      </w:r>
      <w:proofErr w:type="spellStart"/>
      <w:r>
        <w:t>здійснити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до Положення про порядок визначення академічної різниці та перезарахування результатів навчання (навчальних дисциплін) у Харківській державній академії культури на підставі доданих документів.</w:t>
      </w:r>
    </w:p>
    <w:p w14:paraId="6FB246BF" w14:textId="77777777" w:rsidR="00E3285A" w:rsidRDefault="00000000">
      <w:r>
        <w:t>Додатки: 1. ______________________________________________</w:t>
      </w:r>
    </w:p>
    <w:p w14:paraId="255103ED" w14:textId="473E1B93" w:rsidR="00E3285A" w:rsidRDefault="00000000">
      <w:r>
        <w:t xml:space="preserve">                2. ______________________________________________</w:t>
      </w:r>
    </w:p>
    <w:p w14:paraId="3A5FCC73" w14:textId="77777777" w:rsidR="00E61ED2" w:rsidRDefault="00E61ED2">
      <w:pPr>
        <w:rPr>
          <w:lang w:val="uk-UA"/>
        </w:rPr>
      </w:pPr>
    </w:p>
    <w:p w14:paraId="30105C5D" w14:textId="08332E9F" w:rsidR="00E3285A" w:rsidRDefault="00000000">
      <w:r>
        <w:t xml:space="preserve">«___» __________ 20___ </w:t>
      </w:r>
      <w:proofErr w:type="spellStart"/>
      <w:r>
        <w:t>року</w:t>
      </w:r>
      <w:proofErr w:type="spellEnd"/>
      <w:r>
        <w:t xml:space="preserve">                 _____________    __________________________</w:t>
      </w:r>
    </w:p>
    <w:p w14:paraId="7EB41746" w14:textId="288BFF62" w:rsidR="00E3285A" w:rsidRDefault="00000000">
      <w:r>
        <w:t xml:space="preserve">                                                         </w:t>
      </w:r>
      <w:r w:rsidR="00E61ED2">
        <w:rPr>
          <w:lang w:val="uk-UA"/>
        </w:rPr>
        <w:t xml:space="preserve">         </w:t>
      </w:r>
      <w:r>
        <w:t xml:space="preserve">         (</w:t>
      </w:r>
      <w:proofErr w:type="gramStart"/>
      <w:r>
        <w:t xml:space="preserve">підпис)   </w:t>
      </w:r>
      <w:proofErr w:type="gramEnd"/>
      <w:r>
        <w:t xml:space="preserve">            </w:t>
      </w:r>
      <w:proofErr w:type="gramStart"/>
      <w:r>
        <w:t xml:space="preserve">   (</w:t>
      </w:r>
      <w:proofErr w:type="gramEnd"/>
      <w:r>
        <w:t>Ім’я ПРІЗВИЩЕ)</w:t>
      </w:r>
    </w:p>
    <w:p w14:paraId="13131C99" w14:textId="77777777" w:rsidR="00E61ED2" w:rsidRDefault="00E61ED2">
      <w:pPr>
        <w:rPr>
          <w:b/>
          <w:lang w:val="uk-UA"/>
        </w:rPr>
      </w:pPr>
    </w:p>
    <w:p w14:paraId="5DEDE12C" w14:textId="042824A9" w:rsidR="00E3285A" w:rsidRDefault="00000000">
      <w:r>
        <w:rPr>
          <w:b/>
        </w:rPr>
        <w:t>ПОГОДЖЕНО</w:t>
      </w:r>
    </w:p>
    <w:p w14:paraId="09E441DC" w14:textId="77777777" w:rsidR="00E3285A" w:rsidRDefault="00000000">
      <w:r>
        <w:t>Декан факультету сценічного мистецтва</w:t>
      </w:r>
    </w:p>
    <w:p w14:paraId="14BF457A" w14:textId="77777777" w:rsidR="00E3285A" w:rsidRDefault="00000000">
      <w:r>
        <w:t>______________ Роман НАБОКОВ</w:t>
      </w:r>
    </w:p>
    <w:p w14:paraId="08D927C6" w14:textId="77777777" w:rsidR="00E3285A" w:rsidRDefault="00000000">
      <w:r>
        <w:t>«___» __________ 20___ року</w:t>
      </w:r>
    </w:p>
    <w:sectPr w:rsidR="00E3285A" w:rsidSect="00034616">
      <w:pgSz w:w="12240" w:h="15840"/>
      <w:pgMar w:top="964" w:right="964" w:bottom="90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6011245">
    <w:abstractNumId w:val="8"/>
  </w:num>
  <w:num w:numId="2" w16cid:durableId="118378596">
    <w:abstractNumId w:val="6"/>
  </w:num>
  <w:num w:numId="3" w16cid:durableId="550115692">
    <w:abstractNumId w:val="5"/>
  </w:num>
  <w:num w:numId="4" w16cid:durableId="1388216157">
    <w:abstractNumId w:val="4"/>
  </w:num>
  <w:num w:numId="5" w16cid:durableId="1141531740">
    <w:abstractNumId w:val="7"/>
  </w:num>
  <w:num w:numId="6" w16cid:durableId="1217666130">
    <w:abstractNumId w:val="3"/>
  </w:num>
  <w:num w:numId="7" w16cid:durableId="408305545">
    <w:abstractNumId w:val="2"/>
  </w:num>
  <w:num w:numId="8" w16cid:durableId="462775747">
    <w:abstractNumId w:val="1"/>
  </w:num>
  <w:num w:numId="9" w16cid:durableId="105396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23198"/>
    <w:rsid w:val="00CB0664"/>
    <w:rsid w:val="00E3285A"/>
    <w:rsid w:val="00E61E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53FC6"/>
  <w14:defaultImageDpi w14:val="300"/>
  <w15:docId w15:val="{CCDCB8FB-96BC-4798-AB03-424D4A8BF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Roman Nabokov</cp:lastModifiedBy>
  <cp:revision>2</cp:revision>
  <dcterms:created xsi:type="dcterms:W3CDTF">2013-12-23T23:15:00Z</dcterms:created>
  <dcterms:modified xsi:type="dcterms:W3CDTF">2026-10-14T10:30:00Z</dcterms:modified>
  <cp:category/>
</cp:coreProperties>
</file>